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622C9" w14:textId="4E13C60D" w:rsidR="001F4C08" w:rsidRPr="0036756C" w:rsidRDefault="348B55CC" w:rsidP="2194C995">
      <w:pPr>
        <w:jc w:val="center"/>
      </w:pPr>
      <w:r w:rsidRPr="2194C995">
        <w:rPr>
          <w:rFonts w:ascii="Abadi" w:hAnsi="Abadi" w:cs="Times New Roman"/>
          <w:b/>
          <w:bCs/>
          <w:sz w:val="36"/>
          <w:szCs w:val="36"/>
        </w:rPr>
        <w:t>URDF Research Plan &amp; Budget</w:t>
      </w:r>
      <w:r w:rsidR="003E43B4">
        <w:br/>
      </w:r>
      <w:r w:rsidR="0351909C" w:rsidRPr="2194C995">
        <w:rPr>
          <w:rFonts w:ascii="Abadi" w:hAnsi="Abadi" w:cs="Times New Roman"/>
          <w:b/>
          <w:bCs/>
          <w:sz w:val="30"/>
          <w:szCs w:val="30"/>
        </w:rPr>
        <w:t>Template</w:t>
      </w:r>
    </w:p>
    <w:p w14:paraId="51513FAD" w14:textId="6DA56D6B" w:rsidR="001F4C08" w:rsidRPr="0036756C" w:rsidRDefault="4E7970B2" w:rsidP="2194C995">
      <w:pPr>
        <w:jc w:val="center"/>
        <w:rPr>
          <w:rFonts w:ascii="Abadi" w:hAnsi="Abadi" w:cs="Times New Roman"/>
          <w:sz w:val="22"/>
        </w:rPr>
      </w:pPr>
      <w:r w:rsidRPr="2194C995">
        <w:rPr>
          <w:rFonts w:ascii="Abadi" w:hAnsi="Abadi" w:cs="Times New Roman"/>
          <w:i/>
          <w:iCs/>
          <w:sz w:val="22"/>
        </w:rPr>
        <w:t xml:space="preserve">Use this template to describe your proposed research experience and explain how </w:t>
      </w:r>
      <w:r w:rsidR="515C98B5" w:rsidRPr="2194C995">
        <w:rPr>
          <w:rFonts w:ascii="Abadi" w:hAnsi="Abadi" w:cs="Times New Roman"/>
          <w:i/>
          <w:iCs/>
          <w:sz w:val="22"/>
        </w:rPr>
        <w:t>the Undergraduate Research &amp; Discovery Fund</w:t>
      </w:r>
      <w:r w:rsidRPr="2194C995">
        <w:rPr>
          <w:rFonts w:ascii="Abadi" w:hAnsi="Abadi" w:cs="Times New Roman"/>
          <w:i/>
          <w:iCs/>
          <w:sz w:val="22"/>
        </w:rPr>
        <w:t xml:space="preserve"> support will be used. Complete all sections and save this document as a PDF before uploading it to the application.</w:t>
      </w:r>
    </w:p>
    <w:p w14:paraId="1792A7B0" w14:textId="77777777" w:rsidR="00AD78DD" w:rsidRPr="0036756C" w:rsidRDefault="00AD78DD" w:rsidP="2194C995">
      <w:pPr>
        <w:rPr>
          <w:rFonts w:ascii="Aptos" w:eastAsia="Aptos" w:hAnsi="Aptos" w:cs="Aptos"/>
        </w:rPr>
      </w:pPr>
    </w:p>
    <w:p w14:paraId="3504B4B4" w14:textId="176D9A90" w:rsidR="001F4C08" w:rsidRPr="0036756C" w:rsidRDefault="0C8C8FF3" w:rsidP="2194C995">
      <w:pPr>
        <w:rPr>
          <w:rFonts w:ascii="Aptos" w:eastAsia="Aptos" w:hAnsi="Aptos" w:cs="Aptos"/>
          <w:sz w:val="22"/>
        </w:rPr>
      </w:pPr>
      <w:r w:rsidRPr="2194C995">
        <w:rPr>
          <w:rFonts w:ascii="Aptos" w:eastAsia="Aptos" w:hAnsi="Aptos" w:cs="Aptos"/>
          <w:sz w:val="22"/>
        </w:rPr>
        <w:t>Student Name: _______________________________________</w:t>
      </w:r>
    </w:p>
    <w:p w14:paraId="1095239A" w14:textId="33860212" w:rsidR="001F4C08" w:rsidRPr="0036756C" w:rsidRDefault="4E7970B2" w:rsidP="2194C995">
      <w:pPr>
        <w:rPr>
          <w:rFonts w:ascii="Aptos" w:eastAsia="Aptos" w:hAnsi="Aptos" w:cs="Aptos"/>
          <w:sz w:val="22"/>
        </w:rPr>
      </w:pPr>
      <w:r w:rsidRPr="2194C995">
        <w:rPr>
          <w:rFonts w:ascii="Aptos" w:eastAsia="Aptos" w:hAnsi="Aptos" w:cs="Aptos"/>
          <w:sz w:val="22"/>
        </w:rPr>
        <w:t>Research</w:t>
      </w:r>
      <w:r w:rsidR="4D428F8D" w:rsidRPr="2194C995">
        <w:rPr>
          <w:rFonts w:ascii="Aptos" w:eastAsia="Aptos" w:hAnsi="Aptos" w:cs="Aptos"/>
          <w:sz w:val="22"/>
        </w:rPr>
        <w:t xml:space="preserve"> </w:t>
      </w:r>
      <w:r w:rsidRPr="2194C995">
        <w:rPr>
          <w:rFonts w:ascii="Aptos" w:eastAsia="Aptos" w:hAnsi="Aptos" w:cs="Aptos"/>
          <w:sz w:val="22"/>
        </w:rPr>
        <w:t>Title: _______________________________________</w:t>
      </w:r>
    </w:p>
    <w:p w14:paraId="448385FD" w14:textId="0606B11E" w:rsidR="001F4C08" w:rsidRPr="0036756C" w:rsidRDefault="0C8C8FF3" w:rsidP="2194C995">
      <w:pPr>
        <w:rPr>
          <w:rFonts w:ascii="Aptos" w:eastAsia="Aptos" w:hAnsi="Aptos" w:cs="Aptos"/>
          <w:sz w:val="22"/>
        </w:rPr>
      </w:pPr>
      <w:r w:rsidRPr="2194C995">
        <w:rPr>
          <w:rFonts w:ascii="Aptos" w:eastAsia="Aptos" w:hAnsi="Aptos" w:cs="Aptos"/>
          <w:sz w:val="22"/>
        </w:rPr>
        <w:t>Faculty Mentor: ______________________________________</w:t>
      </w:r>
    </w:p>
    <w:p w14:paraId="281A5CF4" w14:textId="77777777" w:rsidR="00AD78DD" w:rsidRPr="0036756C" w:rsidRDefault="00AD78DD">
      <w:pPr>
        <w:rPr>
          <w:rFonts w:ascii="Abadi" w:hAnsi="Abadi" w:cs="Times New Roman"/>
        </w:rPr>
      </w:pPr>
    </w:p>
    <w:p w14:paraId="0043D469" w14:textId="77777777" w:rsidR="00815118" w:rsidRDefault="79D8318D" w:rsidP="2194C995">
      <w:p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 xml:space="preserve">The proposal narrative should </w:t>
      </w:r>
      <w:r w:rsidR="004D6918">
        <w:rPr>
          <w:rFonts w:ascii="Aptos" w:eastAsia="Aptos" w:hAnsi="Aptos" w:cs="Aptos"/>
          <w:color w:val="000000" w:themeColor="text1"/>
          <w:sz w:val="22"/>
        </w:rPr>
        <w:t>be written in a separate document and appended to this form</w:t>
      </w:r>
      <w:r w:rsidR="00FE4F60">
        <w:rPr>
          <w:rFonts w:ascii="Aptos" w:eastAsia="Aptos" w:hAnsi="Aptos" w:cs="Aptos"/>
          <w:color w:val="000000" w:themeColor="text1"/>
          <w:sz w:val="22"/>
        </w:rPr>
        <w:t xml:space="preserve">. </w:t>
      </w:r>
      <w:r w:rsidR="00815118">
        <w:rPr>
          <w:rFonts w:ascii="Aptos" w:eastAsia="Aptos" w:hAnsi="Aptos" w:cs="Aptos"/>
          <w:color w:val="000000" w:themeColor="text1"/>
          <w:sz w:val="22"/>
        </w:rPr>
        <w:t xml:space="preserve">The narrative </w:t>
      </w:r>
      <w:r w:rsidR="00815118" w:rsidRPr="2194C995">
        <w:rPr>
          <w:rFonts w:ascii="Aptos" w:eastAsia="Aptos" w:hAnsi="Aptos" w:cs="Aptos"/>
          <w:color w:val="000000" w:themeColor="text1"/>
          <w:sz w:val="22"/>
        </w:rPr>
        <w:t xml:space="preserve">guidelines </w:t>
      </w:r>
      <w:r w:rsidR="00815118">
        <w:rPr>
          <w:rFonts w:ascii="Aptos" w:eastAsia="Aptos" w:hAnsi="Aptos" w:cs="Aptos"/>
          <w:color w:val="000000" w:themeColor="text1"/>
          <w:sz w:val="22"/>
        </w:rPr>
        <w:t xml:space="preserve">follows those </w:t>
      </w:r>
      <w:r w:rsidR="00815118" w:rsidRPr="2194C995">
        <w:rPr>
          <w:rFonts w:ascii="Aptos" w:eastAsia="Aptos" w:hAnsi="Aptos" w:cs="Aptos"/>
          <w:color w:val="000000" w:themeColor="text1"/>
          <w:sz w:val="22"/>
        </w:rPr>
        <w:t>set forth by the National Science Foundation’s Graduate Research Fellowship Program and the W&amp;M Charles Center Summer Research Grants Program</w:t>
      </w:r>
      <w:r w:rsidR="00815118">
        <w:rPr>
          <w:rFonts w:ascii="Aptos" w:eastAsia="Aptos" w:hAnsi="Aptos" w:cs="Aptos"/>
          <w:color w:val="000000" w:themeColor="text1"/>
          <w:sz w:val="22"/>
        </w:rPr>
        <w:t xml:space="preserve">. </w:t>
      </w:r>
    </w:p>
    <w:p w14:paraId="1F2909EC" w14:textId="77777777" w:rsidR="00815118" w:rsidRDefault="00815118" w:rsidP="2194C995">
      <w:p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</w:p>
    <w:p w14:paraId="5B3D296C" w14:textId="45386289" w:rsidR="001F4C08" w:rsidRPr="0036756C" w:rsidRDefault="00FE4F60" w:rsidP="2194C995">
      <w:p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>
        <w:rPr>
          <w:rFonts w:ascii="Aptos" w:eastAsia="Aptos" w:hAnsi="Aptos" w:cs="Aptos"/>
          <w:color w:val="000000" w:themeColor="text1"/>
          <w:sz w:val="22"/>
        </w:rPr>
        <w:t xml:space="preserve">The narrative should </w:t>
      </w:r>
      <w:r w:rsidR="79D8318D" w:rsidRPr="2194C995">
        <w:rPr>
          <w:rFonts w:ascii="Aptos" w:eastAsia="Aptos" w:hAnsi="Aptos" w:cs="Aptos"/>
          <w:color w:val="000000" w:themeColor="text1"/>
          <w:sz w:val="22"/>
        </w:rPr>
        <w:t>detail the proposed research project and must include the following sections (with associated headers):</w:t>
      </w:r>
    </w:p>
    <w:p w14:paraId="2C306EF1" w14:textId="32F5AE79" w:rsidR="001F4C08" w:rsidRPr="0036756C" w:rsidRDefault="79D8318D" w:rsidP="00DB5BAC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b/>
          <w:bCs/>
          <w:color w:val="000000" w:themeColor="text1"/>
          <w:sz w:val="22"/>
        </w:rPr>
        <w:t>Research Title:</w:t>
      </w:r>
      <w:r w:rsidRPr="29ACB406">
        <w:rPr>
          <w:rFonts w:ascii="Aptos" w:eastAsia="Aptos" w:hAnsi="Aptos" w:cs="Aptos"/>
          <w:color w:val="000000" w:themeColor="text1"/>
          <w:sz w:val="22"/>
        </w:rPr>
        <w:t xml:space="preserve"> Provide a clear title for your proposed research project or research experience. </w:t>
      </w:r>
    </w:p>
    <w:p w14:paraId="13D89A1F" w14:textId="230D794E" w:rsidR="001F4C08" w:rsidRPr="0036756C" w:rsidRDefault="79D8318D" w:rsidP="00DB5BAC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b/>
          <w:bCs/>
          <w:color w:val="000000" w:themeColor="text1"/>
          <w:sz w:val="22"/>
        </w:rPr>
        <w:t xml:space="preserve">Research Plan: </w:t>
      </w:r>
      <w:r w:rsidRPr="2194C995">
        <w:rPr>
          <w:rFonts w:ascii="Aptos" w:eastAsia="Aptos" w:hAnsi="Aptos" w:cs="Aptos"/>
          <w:color w:val="000000" w:themeColor="text1"/>
          <w:sz w:val="22"/>
        </w:rPr>
        <w:t>Describe the research project or research experience you are proposing, including:</w:t>
      </w:r>
    </w:p>
    <w:p w14:paraId="43300334" w14:textId="6742128B" w:rsidR="001F4C08" w:rsidRPr="0036756C" w:rsidRDefault="79D8318D" w:rsidP="2194C995">
      <w:pPr>
        <w:pStyle w:val="ListParagraph"/>
        <w:numPr>
          <w:ilvl w:val="1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The research idea and proposed approach</w:t>
      </w:r>
    </w:p>
    <w:p w14:paraId="71335824" w14:textId="1FCBB39E" w:rsidR="001F4C08" w:rsidRPr="0036756C" w:rsidRDefault="79D8318D" w:rsidP="2194C995">
      <w:pPr>
        <w:pStyle w:val="ListParagraph"/>
        <w:numPr>
          <w:ilvl w:val="1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The work you will undertake and your role in the research</w:t>
      </w:r>
    </w:p>
    <w:p w14:paraId="01FD5E7A" w14:textId="0112C0CB" w:rsidR="001F4C08" w:rsidRPr="0036756C" w:rsidRDefault="79D8318D" w:rsidP="2194C995">
      <w:pPr>
        <w:pStyle w:val="ListParagraph"/>
        <w:numPr>
          <w:ilvl w:val="1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Resources needed to participate in or complete the research</w:t>
      </w:r>
    </w:p>
    <w:p w14:paraId="2A0AC1D3" w14:textId="76B6AA36" w:rsidR="001F4C08" w:rsidRPr="0036756C" w:rsidRDefault="79D8318D" w:rsidP="2194C995">
      <w:pPr>
        <w:pStyle w:val="ListParagraph"/>
        <w:numPr>
          <w:ilvl w:val="1"/>
          <w:numId w:val="5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What you hope to learn or accomplish through the experience</w:t>
      </w:r>
    </w:p>
    <w:p w14:paraId="6980B9B5" w14:textId="6A26AEF3" w:rsidR="001F4C08" w:rsidRPr="0036756C" w:rsidRDefault="79D8318D" w:rsidP="0040043C">
      <w:pPr>
        <w:pStyle w:val="ListParagraph"/>
        <w:numPr>
          <w:ilvl w:val="0"/>
          <w:numId w:val="5"/>
        </w:numPr>
        <w:spacing w:before="60" w:after="0" w:line="240" w:lineRule="auto"/>
        <w:contextualSpacing w:val="0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b/>
          <w:bCs/>
          <w:color w:val="000000" w:themeColor="text1"/>
          <w:sz w:val="22"/>
        </w:rPr>
        <w:t>Significance &amp; Learning:</w:t>
      </w:r>
      <w:r w:rsidRPr="29ACB406">
        <w:rPr>
          <w:rFonts w:ascii="Aptos" w:eastAsia="Aptos" w:hAnsi="Aptos" w:cs="Aptos"/>
          <w:color w:val="000000" w:themeColor="text1"/>
          <w:sz w:val="22"/>
        </w:rPr>
        <w:t xml:space="preserve"> Why is this research meaningful? What do you hope to learn or accomplish? Briefly explain how the experience connects to your academic interests, including your interest in Coastal &amp; Marine Sciences</w:t>
      </w:r>
    </w:p>
    <w:p w14:paraId="0687AAF1" w14:textId="2261F0DA" w:rsidR="001F4C08" w:rsidRPr="0036756C" w:rsidRDefault="79D8318D" w:rsidP="0040043C">
      <w:pPr>
        <w:pStyle w:val="ListParagraph"/>
        <w:numPr>
          <w:ilvl w:val="0"/>
          <w:numId w:val="5"/>
        </w:numPr>
        <w:spacing w:before="60" w:after="120" w:line="240" w:lineRule="auto"/>
        <w:contextualSpacing w:val="0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b/>
          <w:bCs/>
          <w:color w:val="000000" w:themeColor="text1"/>
          <w:sz w:val="22"/>
        </w:rPr>
        <w:t xml:space="preserve">Broader Impacts: </w:t>
      </w:r>
      <w:r w:rsidRPr="29ACB406">
        <w:rPr>
          <w:rFonts w:ascii="Aptos" w:eastAsia="Aptos" w:hAnsi="Aptos" w:cs="Aptos"/>
          <w:color w:val="000000" w:themeColor="text1"/>
          <w:sz w:val="22"/>
        </w:rPr>
        <w:t>Explain the potential to benefit society, the environment, education, or the broader field of Coastal &amp; Marine Science.</w:t>
      </w:r>
    </w:p>
    <w:p w14:paraId="6CECCCBD" w14:textId="33B6DEC2" w:rsidR="35731685" w:rsidRPr="00815118" w:rsidRDefault="35731685" w:rsidP="29ACB406">
      <w:pPr>
        <w:spacing w:after="0" w:line="240" w:lineRule="auto"/>
        <w:rPr>
          <w:rFonts w:ascii="Aptos" w:eastAsia="Aptos" w:hAnsi="Aptos" w:cs="Aptos"/>
          <w:b/>
          <w:bCs/>
          <w:i/>
          <w:iCs/>
          <w:color w:val="000000" w:themeColor="text1"/>
          <w:sz w:val="22"/>
        </w:rPr>
      </w:pPr>
      <w:r w:rsidRPr="00815118">
        <w:rPr>
          <w:rFonts w:ascii="Aptos" w:eastAsia="Aptos" w:hAnsi="Aptos" w:cs="Aptos"/>
          <w:b/>
          <w:bCs/>
          <w:i/>
          <w:iCs/>
          <w:color w:val="000000" w:themeColor="text1"/>
          <w:sz w:val="22"/>
        </w:rPr>
        <w:t>Proposal narratives should:</w:t>
      </w:r>
    </w:p>
    <w:p w14:paraId="63E7DAAC" w14:textId="1151355D" w:rsidR="35731685" w:rsidRDefault="35731685" w:rsidP="29ACB406">
      <w:pPr>
        <w:pStyle w:val="ListParagraph"/>
        <w:numPr>
          <w:ilvl w:val="0"/>
          <w:numId w:val="11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Be no more than two pages in length.</w:t>
      </w:r>
    </w:p>
    <w:p w14:paraId="6C50C80F" w14:textId="31B1768B" w:rsidR="35731685" w:rsidRDefault="35731685" w:rsidP="29ACB406">
      <w:pPr>
        <w:pStyle w:val="ListParagraph"/>
        <w:numPr>
          <w:ilvl w:val="0"/>
          <w:numId w:val="11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Be prepared on 8.5 × 11-inch pages with 1-inch margins on all sides. Use 11-point Times New Roman (or similar) font with 12-point line spacing throughout the application.</w:t>
      </w:r>
    </w:p>
    <w:p w14:paraId="32AE682D" w14:textId="4FA52410" w:rsidR="35731685" w:rsidRDefault="35731685" w:rsidP="29ACB406">
      <w:pPr>
        <w:pStyle w:val="ListParagraph"/>
        <w:numPr>
          <w:ilvl w:val="0"/>
          <w:numId w:val="11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Do not include headers, footers, or page numbers.</w:t>
      </w:r>
    </w:p>
    <w:p w14:paraId="73BB23B7" w14:textId="5CB6C7C5" w:rsidR="35731685" w:rsidRDefault="35731685" w:rsidP="29ACB406">
      <w:pPr>
        <w:pStyle w:val="ListParagraph"/>
        <w:numPr>
          <w:ilvl w:val="0"/>
          <w:numId w:val="11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Include all figures, tables, captions, and references within the page limit.</w:t>
      </w:r>
    </w:p>
    <w:p w14:paraId="759E14DC" w14:textId="7A7DAA53" w:rsidR="35731685" w:rsidRDefault="35731685" w:rsidP="29ACB406">
      <w:pPr>
        <w:pStyle w:val="ListParagraph"/>
        <w:numPr>
          <w:ilvl w:val="0"/>
          <w:numId w:val="11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Use clear section headings to organize the proposal and make the required components easy to identify.</w:t>
      </w:r>
    </w:p>
    <w:p w14:paraId="73B64BDD" w14:textId="11EEA023" w:rsidR="35731685" w:rsidRDefault="35731685" w:rsidP="29ACB406">
      <w:pPr>
        <w:pStyle w:val="ListParagraph"/>
        <w:numPr>
          <w:ilvl w:val="0"/>
          <w:numId w:val="11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Not direct reviewers to external websites or other materials for information needed to evaluate the proposal.</w:t>
      </w:r>
    </w:p>
    <w:p w14:paraId="684DF34F" w14:textId="76AE9D6D" w:rsidR="35731685" w:rsidRDefault="35731685" w:rsidP="29ACB406">
      <w:pPr>
        <w:pStyle w:val="ListParagraph"/>
        <w:numPr>
          <w:ilvl w:val="0"/>
          <w:numId w:val="11"/>
        </w:num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  <w:r w:rsidRPr="29ACB406">
        <w:rPr>
          <w:rFonts w:ascii="Aptos" w:eastAsia="Aptos" w:hAnsi="Aptos" w:cs="Aptos"/>
          <w:color w:val="000000" w:themeColor="text1"/>
          <w:sz w:val="22"/>
        </w:rPr>
        <w:t>Include references in the text (specifically in the ‘research plan’ section) and listed in a References Cited section within the page limit.</w:t>
      </w:r>
    </w:p>
    <w:p w14:paraId="57E95641" w14:textId="46314CED" w:rsidR="29ACB406" w:rsidRDefault="29ACB406" w:rsidP="29ACB406">
      <w:p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</w:p>
    <w:p w14:paraId="4F52D846" w14:textId="77777777" w:rsidR="006E16B9" w:rsidRDefault="006E16B9" w:rsidP="29ACB406">
      <w:p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</w:p>
    <w:p w14:paraId="2C7BE605" w14:textId="77777777" w:rsidR="00815118" w:rsidRDefault="00815118" w:rsidP="29ACB406">
      <w:p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</w:p>
    <w:p w14:paraId="363B54A7" w14:textId="76CA70B5" w:rsidR="29ACB406" w:rsidRDefault="29ACB406" w:rsidP="29ACB406">
      <w:p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</w:p>
    <w:p w14:paraId="66D180A9" w14:textId="7893758D" w:rsidR="001F4C08" w:rsidRPr="0036756C" w:rsidRDefault="0090132D" w:rsidP="2194C995">
      <w:pPr>
        <w:rPr>
          <w:rFonts w:ascii="Abadi" w:hAnsi="Abadi" w:cs="Times New Roman"/>
          <w:b/>
          <w:bCs/>
          <w:sz w:val="24"/>
          <w:szCs w:val="24"/>
        </w:rPr>
      </w:pPr>
      <w:r w:rsidRPr="2194C995">
        <w:rPr>
          <w:rFonts w:ascii="Abadi" w:hAnsi="Abadi" w:cs="Times New Roman"/>
          <w:b/>
          <w:bCs/>
          <w:sz w:val="24"/>
          <w:szCs w:val="24"/>
        </w:rPr>
        <w:lastRenderedPageBreak/>
        <w:t>Budget</w:t>
      </w:r>
    </w:p>
    <w:p w14:paraId="17ABA6D6" w14:textId="40C770AA" w:rsidR="001F4C08" w:rsidRPr="0036756C" w:rsidRDefault="0090132D" w:rsidP="2194C995">
      <w:p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For each expense, the template requests that the student include:</w:t>
      </w:r>
    </w:p>
    <w:p w14:paraId="77155344" w14:textId="00F7408A" w:rsidR="001F4C08" w:rsidRPr="0036756C" w:rsidRDefault="0090132D" w:rsidP="2194C995">
      <w:pPr>
        <w:pStyle w:val="ListParagraph"/>
        <w:numPr>
          <w:ilvl w:val="0"/>
          <w:numId w:val="13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Expense/Item — What will you purchase or pay for?</w:t>
      </w:r>
    </w:p>
    <w:p w14:paraId="45C6E3C2" w14:textId="675D6484" w:rsidR="001F4C08" w:rsidRPr="0036756C" w:rsidRDefault="0090132D" w:rsidP="2194C995">
      <w:pPr>
        <w:pStyle w:val="ListParagraph"/>
        <w:numPr>
          <w:ilvl w:val="0"/>
          <w:numId w:val="13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Purpose — How is the expense related to your research experience?</w:t>
      </w:r>
    </w:p>
    <w:p w14:paraId="0E73A757" w14:textId="38479B52" w:rsidR="001F4C08" w:rsidRPr="0036756C" w:rsidRDefault="0090132D" w:rsidP="2194C995">
      <w:pPr>
        <w:pStyle w:val="ListParagraph"/>
        <w:numPr>
          <w:ilvl w:val="0"/>
          <w:numId w:val="13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>Amount — Estimated cost</w:t>
      </w:r>
    </w:p>
    <w:p w14:paraId="15A3A0F4" w14:textId="72DA2CDB" w:rsidR="001F4C08" w:rsidRPr="0036756C" w:rsidRDefault="0090132D" w:rsidP="2194C995">
      <w:pPr>
        <w:pStyle w:val="ListParagraph"/>
        <w:numPr>
          <w:ilvl w:val="0"/>
          <w:numId w:val="13"/>
        </w:numPr>
        <w:spacing w:after="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 xml:space="preserve">Other Funding — </w:t>
      </w:r>
      <w:r w:rsidR="00B129EE">
        <w:rPr>
          <w:rFonts w:ascii="Aptos" w:eastAsia="Aptos" w:hAnsi="Aptos" w:cs="Aptos"/>
          <w:color w:val="000000" w:themeColor="text1"/>
          <w:sz w:val="22"/>
        </w:rPr>
        <w:t>In the Budget Notes section, i</w:t>
      </w:r>
      <w:r w:rsidRPr="2194C995">
        <w:rPr>
          <w:rFonts w:ascii="Aptos" w:eastAsia="Aptos" w:hAnsi="Aptos" w:cs="Aptos"/>
          <w:color w:val="000000" w:themeColor="text1"/>
          <w:sz w:val="22"/>
        </w:rPr>
        <w:t>dentify any portion of the expense that will be covered by another funding source, if applicable</w:t>
      </w:r>
    </w:p>
    <w:p w14:paraId="2D634C73" w14:textId="40929B81" w:rsidR="001F4C08" w:rsidRPr="0036756C" w:rsidRDefault="0090132D" w:rsidP="2194C995">
      <w:pPr>
        <w:pStyle w:val="ListParagraph"/>
        <w:numPr>
          <w:ilvl w:val="0"/>
          <w:numId w:val="13"/>
        </w:num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 xml:space="preserve">Budget Justification — </w:t>
      </w:r>
      <w:r w:rsidR="00B129EE">
        <w:rPr>
          <w:rFonts w:ascii="Aptos" w:eastAsia="Aptos" w:hAnsi="Aptos" w:cs="Aptos"/>
          <w:color w:val="000000" w:themeColor="text1"/>
          <w:sz w:val="22"/>
        </w:rPr>
        <w:t>In the Budget Notes section, e</w:t>
      </w:r>
      <w:r w:rsidRPr="2194C995">
        <w:rPr>
          <w:rFonts w:ascii="Aptos" w:eastAsia="Aptos" w:hAnsi="Aptos" w:cs="Aptos"/>
          <w:color w:val="000000" w:themeColor="text1"/>
          <w:sz w:val="22"/>
        </w:rPr>
        <w:t xml:space="preserve">xplain why the requested expenses are necessary and how URDF support will enable or enhance the student’s research experience. </w:t>
      </w:r>
    </w:p>
    <w:p w14:paraId="7D6D5845" w14:textId="411625EF" w:rsidR="001F4C08" w:rsidRPr="0036756C" w:rsidRDefault="0090132D" w:rsidP="2194C995">
      <w:pPr>
        <w:spacing w:after="120" w:line="240" w:lineRule="auto"/>
        <w:rPr>
          <w:rFonts w:ascii="Aptos" w:eastAsia="Aptos" w:hAnsi="Aptos" w:cs="Aptos"/>
          <w:color w:val="000000" w:themeColor="text1"/>
          <w:sz w:val="22"/>
        </w:rPr>
      </w:pPr>
      <w:r w:rsidRPr="2194C995">
        <w:rPr>
          <w:rFonts w:ascii="Aptos" w:eastAsia="Aptos" w:hAnsi="Aptos" w:cs="Aptos"/>
          <w:color w:val="000000" w:themeColor="text1"/>
          <w:sz w:val="22"/>
        </w:rPr>
        <w:t xml:space="preserve">The budget should be specific enough for the review committee to understand exactly how Award support would be used. Award amounts vary, with the Spencer Field Research Award of $5000 and </w:t>
      </w:r>
      <w:r w:rsidR="00E37ABC">
        <w:rPr>
          <w:rFonts w:ascii="Aptos" w:eastAsia="Aptos" w:hAnsi="Aptos" w:cs="Aptos"/>
          <w:color w:val="000000" w:themeColor="text1"/>
          <w:sz w:val="22"/>
        </w:rPr>
        <w:t>the two annual</w:t>
      </w:r>
      <w:r w:rsidRPr="2194C995">
        <w:rPr>
          <w:rFonts w:ascii="Aptos" w:eastAsia="Aptos" w:hAnsi="Aptos" w:cs="Aptos"/>
          <w:color w:val="000000" w:themeColor="text1"/>
          <w:sz w:val="22"/>
        </w:rPr>
        <w:t xml:space="preserve"> Nichols Marine Field Science Awards at $2500 each. Applicants requesting more than $2500 in their budget request will need to indicate how other funds can be used to support unmet need if they are </w:t>
      </w:r>
      <w:r w:rsidR="00CB7FC0">
        <w:rPr>
          <w:rFonts w:ascii="Aptos" w:eastAsia="Aptos" w:hAnsi="Aptos" w:cs="Aptos"/>
          <w:color w:val="000000" w:themeColor="text1"/>
          <w:sz w:val="22"/>
        </w:rPr>
        <w:t xml:space="preserve">provided with a </w:t>
      </w:r>
      <w:r w:rsidRPr="2194C995">
        <w:rPr>
          <w:rFonts w:ascii="Aptos" w:eastAsia="Aptos" w:hAnsi="Aptos" w:cs="Aptos"/>
          <w:color w:val="000000" w:themeColor="text1"/>
          <w:sz w:val="22"/>
        </w:rPr>
        <w:t>$2500</w:t>
      </w:r>
      <w:r w:rsidR="00CB7FC0">
        <w:rPr>
          <w:rFonts w:ascii="Aptos" w:eastAsia="Aptos" w:hAnsi="Aptos" w:cs="Aptos"/>
          <w:color w:val="000000" w:themeColor="text1"/>
          <w:sz w:val="22"/>
        </w:rPr>
        <w:t xml:space="preserve"> Nichols Award</w:t>
      </w:r>
      <w:r w:rsidRPr="2194C995">
        <w:rPr>
          <w:rFonts w:ascii="Aptos" w:eastAsia="Aptos" w:hAnsi="Aptos" w:cs="Aptos"/>
          <w:color w:val="000000" w:themeColor="text1"/>
          <w:sz w:val="22"/>
        </w:rPr>
        <w:t>.</w:t>
      </w:r>
    </w:p>
    <w:p w14:paraId="487BA9D1" w14:textId="17B93965" w:rsidR="001F4C08" w:rsidRPr="0036756C" w:rsidRDefault="4E7970B2" w:rsidP="2194C995">
      <w:pPr>
        <w:spacing w:before="140" w:after="60"/>
        <w:rPr>
          <w:rFonts w:ascii="Abadi" w:hAnsi="Abadi"/>
        </w:rPr>
      </w:pPr>
      <w:r w:rsidRPr="2194C995">
        <w:rPr>
          <w:rFonts w:ascii="Abadi" w:hAnsi="Abadi"/>
        </w:rPr>
        <w:t xml:space="preserve">List the expenses for which you are requesting </w:t>
      </w:r>
      <w:r w:rsidR="7A2D4CF3" w:rsidRPr="2194C995">
        <w:rPr>
          <w:rFonts w:ascii="Abadi" w:hAnsi="Abadi"/>
        </w:rPr>
        <w:t xml:space="preserve">URDF. </w:t>
      </w:r>
      <w:r w:rsidRPr="2194C995">
        <w:rPr>
          <w:rFonts w:ascii="Abadi" w:hAnsi="Abadi"/>
        </w:rPr>
        <w:t xml:space="preserve"> Include only expenses directly related to the proposed research experience.</w:t>
      </w:r>
      <w:r w:rsidR="1DE7D985" w:rsidRPr="2194C995">
        <w:rPr>
          <w:rFonts w:ascii="Abadi" w:hAnsi="Abadi"/>
        </w:rPr>
        <w:t xml:space="preserve"> ADD ROWS as needed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1F4C08" w:rsidRPr="0036756C" w14:paraId="5075E1A4" w14:textId="77777777" w:rsidTr="2194C995">
        <w:trPr>
          <w:cantSplit/>
          <w:jc w:val="center"/>
        </w:trPr>
        <w:tc>
          <w:tcPr>
            <w:tcW w:w="3360" w:type="dxa"/>
            <w:vAlign w:val="center"/>
          </w:tcPr>
          <w:p w14:paraId="4B2E8BAB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Expense</w:t>
            </w:r>
          </w:p>
        </w:tc>
        <w:tc>
          <w:tcPr>
            <w:tcW w:w="3360" w:type="dxa"/>
            <w:vAlign w:val="center"/>
          </w:tcPr>
          <w:p w14:paraId="53B109AB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Purpose</w:t>
            </w:r>
          </w:p>
        </w:tc>
        <w:tc>
          <w:tcPr>
            <w:tcW w:w="3360" w:type="dxa"/>
            <w:vAlign w:val="center"/>
          </w:tcPr>
          <w:p w14:paraId="49CCCA33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Amount</w:t>
            </w:r>
          </w:p>
        </w:tc>
      </w:tr>
      <w:tr w:rsidR="001F4C08" w:rsidRPr="0036756C" w14:paraId="39449AB7" w14:textId="77777777" w:rsidTr="2194C995">
        <w:trPr>
          <w:cantSplit/>
          <w:jc w:val="center"/>
        </w:trPr>
        <w:tc>
          <w:tcPr>
            <w:tcW w:w="3360" w:type="dxa"/>
            <w:vAlign w:val="center"/>
          </w:tcPr>
          <w:p w14:paraId="555E259F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[Expense]</w:t>
            </w:r>
          </w:p>
        </w:tc>
        <w:tc>
          <w:tcPr>
            <w:tcW w:w="3360" w:type="dxa"/>
            <w:vAlign w:val="center"/>
          </w:tcPr>
          <w:p w14:paraId="17D624D3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[How it supports the project]</w:t>
            </w:r>
          </w:p>
        </w:tc>
        <w:tc>
          <w:tcPr>
            <w:tcW w:w="3360" w:type="dxa"/>
            <w:vAlign w:val="center"/>
          </w:tcPr>
          <w:p w14:paraId="135A0552" w14:textId="6F665946" w:rsidR="001F4C08" w:rsidRPr="0036756C" w:rsidRDefault="4E7970B2">
            <w:r w:rsidRPr="2194C995">
              <w:rPr>
                <w:rFonts w:ascii="Abadi" w:hAnsi="Abadi"/>
              </w:rPr>
              <w:t>$________</w:t>
            </w:r>
          </w:p>
          <w:p w14:paraId="0D4F60E3" w14:textId="1715A0E8" w:rsidR="001F4C08" w:rsidRPr="0036756C" w:rsidRDefault="001F4C08">
            <w:pPr>
              <w:rPr>
                <w:rFonts w:ascii="Abadi" w:hAnsi="Abadi"/>
              </w:rPr>
            </w:pPr>
          </w:p>
        </w:tc>
      </w:tr>
      <w:tr w:rsidR="001F4C08" w:rsidRPr="0036756C" w14:paraId="7E55722D" w14:textId="77777777" w:rsidTr="2194C995">
        <w:trPr>
          <w:cantSplit/>
          <w:jc w:val="center"/>
        </w:trPr>
        <w:tc>
          <w:tcPr>
            <w:tcW w:w="3360" w:type="dxa"/>
            <w:vAlign w:val="center"/>
          </w:tcPr>
          <w:p w14:paraId="17F02571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[Expense]</w:t>
            </w:r>
          </w:p>
        </w:tc>
        <w:tc>
          <w:tcPr>
            <w:tcW w:w="3360" w:type="dxa"/>
            <w:vAlign w:val="center"/>
          </w:tcPr>
          <w:p w14:paraId="72D9140C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[How it supports the project]</w:t>
            </w:r>
          </w:p>
        </w:tc>
        <w:tc>
          <w:tcPr>
            <w:tcW w:w="3360" w:type="dxa"/>
            <w:vAlign w:val="center"/>
          </w:tcPr>
          <w:p w14:paraId="13E4F973" w14:textId="1B59E02C" w:rsidR="001F4C08" w:rsidRPr="0036756C" w:rsidRDefault="4E7970B2">
            <w:r w:rsidRPr="2194C995">
              <w:rPr>
                <w:rFonts w:ascii="Abadi" w:hAnsi="Abadi"/>
              </w:rPr>
              <w:t>$________</w:t>
            </w:r>
          </w:p>
          <w:p w14:paraId="0CE312D0" w14:textId="40CCCF70" w:rsidR="001F4C08" w:rsidRPr="0036756C" w:rsidRDefault="001F4C08">
            <w:pPr>
              <w:rPr>
                <w:rFonts w:ascii="Abadi" w:hAnsi="Abadi"/>
              </w:rPr>
            </w:pPr>
          </w:p>
        </w:tc>
      </w:tr>
      <w:tr w:rsidR="001F4C08" w:rsidRPr="0036756C" w14:paraId="6038B8E1" w14:textId="77777777" w:rsidTr="2194C995">
        <w:trPr>
          <w:cantSplit/>
          <w:jc w:val="center"/>
        </w:trPr>
        <w:tc>
          <w:tcPr>
            <w:tcW w:w="3360" w:type="dxa"/>
            <w:vAlign w:val="center"/>
          </w:tcPr>
          <w:p w14:paraId="2F0A2687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[Expense]</w:t>
            </w:r>
          </w:p>
        </w:tc>
        <w:tc>
          <w:tcPr>
            <w:tcW w:w="3360" w:type="dxa"/>
            <w:vAlign w:val="center"/>
          </w:tcPr>
          <w:p w14:paraId="3374DE63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[How it supports the project]</w:t>
            </w:r>
          </w:p>
        </w:tc>
        <w:tc>
          <w:tcPr>
            <w:tcW w:w="3360" w:type="dxa"/>
            <w:vAlign w:val="center"/>
          </w:tcPr>
          <w:p w14:paraId="3CDD78BC" w14:textId="5A0F0EB2" w:rsidR="001F4C08" w:rsidRPr="0036756C" w:rsidRDefault="4E7970B2">
            <w:r w:rsidRPr="2194C995">
              <w:rPr>
                <w:rFonts w:ascii="Abadi" w:hAnsi="Abadi"/>
              </w:rPr>
              <w:t>$________</w:t>
            </w:r>
          </w:p>
          <w:p w14:paraId="25845189" w14:textId="6F98D4FA" w:rsidR="001F4C08" w:rsidRPr="0036756C" w:rsidRDefault="001F4C08">
            <w:pPr>
              <w:rPr>
                <w:rFonts w:ascii="Abadi" w:hAnsi="Abadi"/>
              </w:rPr>
            </w:pPr>
          </w:p>
        </w:tc>
      </w:tr>
      <w:tr w:rsidR="2194C995" w14:paraId="4BF28920" w14:textId="77777777" w:rsidTr="2194C995">
        <w:trPr>
          <w:cantSplit/>
          <w:trHeight w:val="300"/>
          <w:jc w:val="center"/>
        </w:trPr>
        <w:tc>
          <w:tcPr>
            <w:tcW w:w="3356" w:type="dxa"/>
            <w:vAlign w:val="center"/>
          </w:tcPr>
          <w:p w14:paraId="55A8B260" w14:textId="77777777" w:rsidR="6182FB1F" w:rsidRDefault="6182FB1F" w:rsidP="2194C995">
            <w:pPr>
              <w:rPr>
                <w:rFonts w:ascii="Abadi" w:hAnsi="Abadi"/>
              </w:rPr>
            </w:pPr>
            <w:r w:rsidRPr="2194C995">
              <w:rPr>
                <w:rFonts w:ascii="Abadi" w:hAnsi="Abadi"/>
              </w:rPr>
              <w:t>[Expense]</w:t>
            </w:r>
          </w:p>
          <w:p w14:paraId="26AD2815" w14:textId="77A3D34E" w:rsidR="2194C995" w:rsidRDefault="2194C995" w:rsidP="2194C995">
            <w:pPr>
              <w:rPr>
                <w:rFonts w:ascii="Abadi" w:hAnsi="Abadi"/>
              </w:rPr>
            </w:pPr>
          </w:p>
        </w:tc>
        <w:tc>
          <w:tcPr>
            <w:tcW w:w="3357" w:type="dxa"/>
            <w:vAlign w:val="center"/>
          </w:tcPr>
          <w:p w14:paraId="7F40A350" w14:textId="77777777" w:rsidR="60624D06" w:rsidRDefault="60624D06" w:rsidP="2194C995">
            <w:pPr>
              <w:rPr>
                <w:rFonts w:ascii="Abadi" w:hAnsi="Abadi"/>
              </w:rPr>
            </w:pPr>
            <w:r w:rsidRPr="2194C995">
              <w:rPr>
                <w:rFonts w:ascii="Abadi" w:hAnsi="Abadi"/>
              </w:rPr>
              <w:t>[How it supports the project]</w:t>
            </w:r>
          </w:p>
          <w:p w14:paraId="533D4381" w14:textId="4EC307E5" w:rsidR="2194C995" w:rsidRDefault="2194C995" w:rsidP="2194C995">
            <w:pPr>
              <w:rPr>
                <w:rFonts w:ascii="Abadi" w:hAnsi="Abadi"/>
              </w:rPr>
            </w:pPr>
          </w:p>
        </w:tc>
        <w:tc>
          <w:tcPr>
            <w:tcW w:w="3357" w:type="dxa"/>
            <w:vAlign w:val="center"/>
          </w:tcPr>
          <w:p w14:paraId="2DCC934A" w14:textId="77777777" w:rsidR="00974B21" w:rsidRPr="0036756C" w:rsidRDefault="00974B21" w:rsidP="00974B21">
            <w:r w:rsidRPr="2194C995">
              <w:rPr>
                <w:rFonts w:ascii="Abadi" w:hAnsi="Abadi"/>
              </w:rPr>
              <w:t>$________</w:t>
            </w:r>
          </w:p>
          <w:p w14:paraId="095B0222" w14:textId="60624EE6" w:rsidR="2194C995" w:rsidRDefault="2194C995" w:rsidP="2194C995">
            <w:pPr>
              <w:rPr>
                <w:rFonts w:ascii="Abadi" w:hAnsi="Abadi"/>
              </w:rPr>
            </w:pPr>
          </w:p>
        </w:tc>
      </w:tr>
      <w:tr w:rsidR="2194C995" w14:paraId="6E6A68D3" w14:textId="77777777" w:rsidTr="2194C995">
        <w:trPr>
          <w:cantSplit/>
          <w:trHeight w:val="300"/>
          <w:jc w:val="center"/>
        </w:trPr>
        <w:tc>
          <w:tcPr>
            <w:tcW w:w="3356" w:type="dxa"/>
            <w:vAlign w:val="center"/>
          </w:tcPr>
          <w:p w14:paraId="26A1C196" w14:textId="77777777" w:rsidR="6182FB1F" w:rsidRDefault="6182FB1F" w:rsidP="2194C995">
            <w:pPr>
              <w:rPr>
                <w:rFonts w:ascii="Abadi" w:hAnsi="Abadi"/>
              </w:rPr>
            </w:pPr>
            <w:r w:rsidRPr="2194C995">
              <w:rPr>
                <w:rFonts w:ascii="Abadi" w:hAnsi="Abadi"/>
              </w:rPr>
              <w:t>[Expense]</w:t>
            </w:r>
          </w:p>
          <w:p w14:paraId="5425FE21" w14:textId="17042761" w:rsidR="2194C995" w:rsidRDefault="2194C995" w:rsidP="2194C995">
            <w:pPr>
              <w:rPr>
                <w:rFonts w:ascii="Abadi" w:hAnsi="Abadi"/>
              </w:rPr>
            </w:pPr>
          </w:p>
        </w:tc>
        <w:tc>
          <w:tcPr>
            <w:tcW w:w="3357" w:type="dxa"/>
            <w:vAlign w:val="center"/>
          </w:tcPr>
          <w:p w14:paraId="41BBA38C" w14:textId="77777777" w:rsidR="597F1F4A" w:rsidRDefault="597F1F4A" w:rsidP="2194C995">
            <w:pPr>
              <w:rPr>
                <w:rFonts w:ascii="Abadi" w:hAnsi="Abadi"/>
              </w:rPr>
            </w:pPr>
            <w:r w:rsidRPr="2194C995">
              <w:rPr>
                <w:rFonts w:ascii="Abadi" w:hAnsi="Abadi"/>
              </w:rPr>
              <w:t>[How it supports the project]</w:t>
            </w:r>
          </w:p>
          <w:p w14:paraId="4E436EBE" w14:textId="3AECAD01" w:rsidR="2194C995" w:rsidRDefault="2194C995" w:rsidP="2194C995">
            <w:pPr>
              <w:rPr>
                <w:rFonts w:ascii="Abadi" w:hAnsi="Abadi"/>
              </w:rPr>
            </w:pPr>
          </w:p>
        </w:tc>
        <w:tc>
          <w:tcPr>
            <w:tcW w:w="3357" w:type="dxa"/>
            <w:vAlign w:val="center"/>
          </w:tcPr>
          <w:p w14:paraId="30AD9B28" w14:textId="77777777" w:rsidR="00652DA2" w:rsidRPr="0036756C" w:rsidRDefault="00652DA2" w:rsidP="00652DA2">
            <w:r w:rsidRPr="2194C995">
              <w:rPr>
                <w:rFonts w:ascii="Abadi" w:hAnsi="Abadi"/>
              </w:rPr>
              <w:t>$________</w:t>
            </w:r>
          </w:p>
          <w:p w14:paraId="29DD5E9E" w14:textId="24094A96" w:rsidR="2194C995" w:rsidRDefault="2194C995" w:rsidP="2194C995">
            <w:pPr>
              <w:rPr>
                <w:rFonts w:ascii="Abadi" w:hAnsi="Abadi"/>
              </w:rPr>
            </w:pPr>
          </w:p>
        </w:tc>
      </w:tr>
      <w:tr w:rsidR="001F4C08" w:rsidRPr="0036756C" w14:paraId="4924A6EB" w14:textId="77777777" w:rsidTr="2194C995">
        <w:trPr>
          <w:cantSplit/>
          <w:jc w:val="center"/>
        </w:trPr>
        <w:tc>
          <w:tcPr>
            <w:tcW w:w="3360" w:type="dxa"/>
            <w:vAlign w:val="center"/>
          </w:tcPr>
          <w:p w14:paraId="7B196DD8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[Expense]</w:t>
            </w:r>
          </w:p>
        </w:tc>
        <w:tc>
          <w:tcPr>
            <w:tcW w:w="3360" w:type="dxa"/>
            <w:vAlign w:val="center"/>
          </w:tcPr>
          <w:p w14:paraId="1997FD12" w14:textId="77777777" w:rsidR="001F4C08" w:rsidRPr="0036756C" w:rsidRDefault="003E43B4">
            <w:pPr>
              <w:rPr>
                <w:rFonts w:ascii="Abadi" w:hAnsi="Abadi"/>
              </w:rPr>
            </w:pPr>
            <w:r w:rsidRPr="0036756C">
              <w:rPr>
                <w:rFonts w:ascii="Abadi" w:hAnsi="Abadi"/>
              </w:rPr>
              <w:t>[How it supports the project]</w:t>
            </w:r>
          </w:p>
        </w:tc>
        <w:tc>
          <w:tcPr>
            <w:tcW w:w="3360" w:type="dxa"/>
            <w:vAlign w:val="center"/>
          </w:tcPr>
          <w:p w14:paraId="0EA1E38B" w14:textId="2E4CCB28" w:rsidR="001F4C08" w:rsidRPr="0036756C" w:rsidRDefault="4E7970B2">
            <w:r w:rsidRPr="2194C995">
              <w:rPr>
                <w:rFonts w:ascii="Abadi" w:hAnsi="Abadi"/>
              </w:rPr>
              <w:t>$________</w:t>
            </w:r>
          </w:p>
          <w:p w14:paraId="76D449EB" w14:textId="47B894F3" w:rsidR="001F4C08" w:rsidRPr="0036756C" w:rsidRDefault="001F4C08">
            <w:pPr>
              <w:rPr>
                <w:rFonts w:ascii="Abadi" w:hAnsi="Abadi"/>
              </w:rPr>
            </w:pPr>
          </w:p>
        </w:tc>
      </w:tr>
      <w:tr w:rsidR="001F4C08" w:rsidRPr="0036756C" w14:paraId="4E16E68D" w14:textId="77777777" w:rsidTr="2194C995">
        <w:trPr>
          <w:cantSplit/>
          <w:jc w:val="center"/>
        </w:trPr>
        <w:tc>
          <w:tcPr>
            <w:tcW w:w="3360" w:type="dxa"/>
            <w:vAlign w:val="center"/>
          </w:tcPr>
          <w:p w14:paraId="1E246A9A" w14:textId="77777777" w:rsidR="001F4C08" w:rsidRPr="0036756C" w:rsidRDefault="001F4C08">
            <w:pPr>
              <w:rPr>
                <w:rFonts w:ascii="Abadi" w:hAnsi="Abadi"/>
              </w:rPr>
            </w:pPr>
          </w:p>
        </w:tc>
        <w:tc>
          <w:tcPr>
            <w:tcW w:w="3360" w:type="dxa"/>
            <w:vAlign w:val="center"/>
          </w:tcPr>
          <w:p w14:paraId="761A58A1" w14:textId="186A6000" w:rsidR="001F4C08" w:rsidRPr="0036756C" w:rsidRDefault="61FD3F47">
            <w:r w:rsidRPr="2194C995">
              <w:rPr>
                <w:rFonts w:ascii="Abadi" w:hAnsi="Abadi"/>
              </w:rPr>
              <w:t>Total Budget</w:t>
            </w:r>
          </w:p>
        </w:tc>
        <w:tc>
          <w:tcPr>
            <w:tcW w:w="3360" w:type="dxa"/>
            <w:vAlign w:val="center"/>
          </w:tcPr>
          <w:p w14:paraId="1AA2482C" w14:textId="0BF7DC99" w:rsidR="001F4C08" w:rsidRPr="0036756C" w:rsidRDefault="61FD3F47">
            <w:r w:rsidRPr="2194C995">
              <w:rPr>
                <w:rFonts w:ascii="Abadi" w:hAnsi="Abadi"/>
              </w:rPr>
              <w:t>$________</w:t>
            </w:r>
          </w:p>
          <w:p w14:paraId="6BC70BA7" w14:textId="411CEB8B" w:rsidR="001F4C08" w:rsidRPr="0036756C" w:rsidRDefault="001F4C08">
            <w:pPr>
              <w:rPr>
                <w:rFonts w:ascii="Abadi" w:hAnsi="Abadi"/>
              </w:rPr>
            </w:pPr>
          </w:p>
        </w:tc>
      </w:tr>
    </w:tbl>
    <w:p w14:paraId="1726DA8D" w14:textId="5CA975BD" w:rsidR="2194C995" w:rsidRDefault="2194C995" w:rsidP="2194C995">
      <w:pPr>
        <w:rPr>
          <w:rFonts w:ascii="Abadi" w:hAnsi="Abadi"/>
        </w:rPr>
      </w:pPr>
    </w:p>
    <w:p w14:paraId="5F9783D1" w14:textId="77777777" w:rsidR="001F4C08" w:rsidRPr="0036756C" w:rsidRDefault="003E43B4">
      <w:pPr>
        <w:rPr>
          <w:rFonts w:ascii="Abadi" w:hAnsi="Abadi"/>
        </w:rPr>
      </w:pPr>
      <w:r w:rsidRPr="00373715">
        <w:rPr>
          <w:rFonts w:ascii="Abadi" w:hAnsi="Abadi"/>
          <w:b/>
          <w:bCs/>
          <w:sz w:val="24"/>
          <w:szCs w:val="28"/>
          <w:u w:val="single"/>
        </w:rPr>
        <w:t>Budget notes/justification</w:t>
      </w:r>
      <w:r w:rsidRPr="00DC6C66">
        <w:rPr>
          <w:rFonts w:ascii="Abadi" w:hAnsi="Abadi"/>
          <w:b/>
          <w:bCs/>
          <w:u w:val="single"/>
        </w:rPr>
        <w:t>:</w:t>
      </w:r>
      <w:r w:rsidRPr="0036756C">
        <w:rPr>
          <w:rFonts w:ascii="Abadi" w:hAnsi="Abadi"/>
        </w:rPr>
        <w:t xml:space="preserve"> Briefly explain any expenses that may not be self-explanatory. If you have other funding for this project, indicate how the Spencer Family Fund would complement that support.</w:t>
      </w:r>
    </w:p>
    <w:p w14:paraId="52A8C589" w14:textId="77777777" w:rsidR="001F4C08" w:rsidRPr="0036756C" w:rsidRDefault="003E43B4">
      <w:pPr>
        <w:rPr>
          <w:rFonts w:ascii="Abadi" w:hAnsi="Abadi"/>
        </w:rPr>
      </w:pPr>
      <w:r w:rsidRPr="0036756C">
        <w:rPr>
          <w:rFonts w:ascii="Abadi" w:hAnsi="Abadi"/>
        </w:rPr>
        <w:t>[Type your response here.]</w:t>
      </w:r>
    </w:p>
    <w:p w14:paraId="68897AB8" w14:textId="34550E2C" w:rsidR="001F4C08" w:rsidRPr="0036756C" w:rsidRDefault="001F4C08">
      <w:pPr>
        <w:rPr>
          <w:rFonts w:ascii="Abadi" w:hAnsi="Abadi"/>
        </w:rPr>
      </w:pPr>
    </w:p>
    <w:sectPr w:rsidR="001F4C08" w:rsidRPr="0036756C" w:rsidSect="00034616">
      <w:headerReference w:type="default" r:id="rId10"/>
      <w:footerReference w:type="default" r:id="rId11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D1103" w14:textId="77777777" w:rsidR="00547020" w:rsidRDefault="00547020">
      <w:pPr>
        <w:spacing w:after="0" w:line="240" w:lineRule="auto"/>
      </w:pPr>
      <w:r>
        <w:separator/>
      </w:r>
    </w:p>
  </w:endnote>
  <w:endnote w:type="continuationSeparator" w:id="0">
    <w:p w14:paraId="4731BEE6" w14:textId="77777777" w:rsidR="00547020" w:rsidRDefault="00547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D8DB" w14:textId="77777777" w:rsidR="001F4C08" w:rsidRDefault="2194C995" w:rsidP="2194C995">
    <w:pPr>
      <w:pStyle w:val="Footer"/>
      <w:jc w:val="center"/>
    </w:pPr>
    <w:r w:rsidRPr="2194C995">
      <w:rPr>
        <w:sz w:val="16"/>
        <w:szCs w:val="16"/>
      </w:rPr>
      <w:t>URDF</w:t>
    </w:r>
    <w:r w:rsidR="4E7970B2" w:rsidRPr="2194C995">
      <w:rPr>
        <w:sz w:val="16"/>
        <w:szCs w:val="16"/>
      </w:rPr>
      <w:t xml:space="preserve"> | Research Plan &amp; Budget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7D1F" w14:textId="77777777" w:rsidR="00547020" w:rsidRDefault="00547020">
      <w:pPr>
        <w:spacing w:after="0" w:line="240" w:lineRule="auto"/>
      </w:pPr>
      <w:r>
        <w:separator/>
      </w:r>
    </w:p>
  </w:footnote>
  <w:footnote w:type="continuationSeparator" w:id="0">
    <w:p w14:paraId="75865851" w14:textId="77777777" w:rsidR="00547020" w:rsidRDefault="00547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194C995" w14:paraId="7E6FEB12" w14:textId="77777777" w:rsidTr="2194C995">
      <w:trPr>
        <w:trHeight w:val="300"/>
      </w:trPr>
      <w:tc>
        <w:tcPr>
          <w:tcW w:w="3360" w:type="dxa"/>
        </w:tcPr>
        <w:p w14:paraId="2CBACBEC" w14:textId="77777777" w:rsidR="2194C995" w:rsidRDefault="2194C995" w:rsidP="2194C995">
          <w:pPr>
            <w:pStyle w:val="Header"/>
            <w:ind w:left="-115"/>
          </w:pPr>
        </w:p>
      </w:tc>
      <w:tc>
        <w:tcPr>
          <w:tcW w:w="3360" w:type="dxa"/>
        </w:tcPr>
        <w:p w14:paraId="152DD5D5" w14:textId="77777777" w:rsidR="2194C995" w:rsidRDefault="2194C995" w:rsidP="2194C995">
          <w:pPr>
            <w:pStyle w:val="Header"/>
            <w:jc w:val="center"/>
          </w:pPr>
        </w:p>
      </w:tc>
      <w:tc>
        <w:tcPr>
          <w:tcW w:w="3360" w:type="dxa"/>
        </w:tcPr>
        <w:p w14:paraId="1A710F98" w14:textId="77777777" w:rsidR="2194C995" w:rsidRDefault="2194C995" w:rsidP="2194C995">
          <w:pPr>
            <w:pStyle w:val="Header"/>
            <w:ind w:right="-115"/>
            <w:jc w:val="right"/>
          </w:pPr>
        </w:p>
      </w:tc>
    </w:tr>
  </w:tbl>
  <w:p w14:paraId="2699FBDD" w14:textId="77777777" w:rsidR="2194C995" w:rsidRDefault="2194C995" w:rsidP="2194C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0D890A"/>
    <w:multiLevelType w:val="hybridMultilevel"/>
    <w:tmpl w:val="FFFFFFFF"/>
    <w:lvl w:ilvl="0" w:tplc="7E9A4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A60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C3F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88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967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5082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EA63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07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01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C7826"/>
    <w:multiLevelType w:val="multilevel"/>
    <w:tmpl w:val="549A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478939"/>
    <w:multiLevelType w:val="hybridMultilevel"/>
    <w:tmpl w:val="FFFFFFFF"/>
    <w:lvl w:ilvl="0" w:tplc="366646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4409D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328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F62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14B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48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9D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FCA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4A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D204E"/>
    <w:multiLevelType w:val="hybridMultilevel"/>
    <w:tmpl w:val="FFFFFFFF"/>
    <w:lvl w:ilvl="0" w:tplc="7F8A6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2C765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2589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A1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027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0C5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0E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6B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78B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333860">
    <w:abstractNumId w:val="2"/>
  </w:num>
  <w:num w:numId="2" w16cid:durableId="1390224266">
    <w:abstractNumId w:val="1"/>
  </w:num>
  <w:num w:numId="3" w16cid:durableId="1652321430">
    <w:abstractNumId w:val="7"/>
  </w:num>
  <w:num w:numId="4" w16cid:durableId="1777601639">
    <w:abstractNumId w:val="3"/>
  </w:num>
  <w:num w:numId="5" w16cid:durableId="1880976143">
    <w:abstractNumId w:val="12"/>
  </w:num>
  <w:num w:numId="6" w16cid:durableId="1911574151">
    <w:abstractNumId w:val="0"/>
  </w:num>
  <w:num w:numId="7" w16cid:durableId="1994404098">
    <w:abstractNumId w:val="6"/>
  </w:num>
  <w:num w:numId="8" w16cid:durableId="328023145">
    <w:abstractNumId w:val="8"/>
  </w:num>
  <w:num w:numId="9" w16cid:durableId="621887360">
    <w:abstractNumId w:val="10"/>
  </w:num>
  <w:num w:numId="10" w16cid:durableId="804275642">
    <w:abstractNumId w:val="4"/>
  </w:num>
  <w:num w:numId="11" w16cid:durableId="921639786">
    <w:abstractNumId w:val="9"/>
  </w:num>
  <w:num w:numId="12" w16cid:durableId="933168861">
    <w:abstractNumId w:val="5"/>
  </w:num>
  <w:num w:numId="13" w16cid:durableId="9883640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7B6"/>
    <w:rsid w:val="00034616"/>
    <w:rsid w:val="0006063C"/>
    <w:rsid w:val="00110E9C"/>
    <w:rsid w:val="00132855"/>
    <w:rsid w:val="0015074B"/>
    <w:rsid w:val="001557B1"/>
    <w:rsid w:val="00167D41"/>
    <w:rsid w:val="001A10F0"/>
    <w:rsid w:val="001A47A7"/>
    <w:rsid w:val="001D15F6"/>
    <w:rsid w:val="001D4B42"/>
    <w:rsid w:val="001F4C08"/>
    <w:rsid w:val="0029639D"/>
    <w:rsid w:val="00326F90"/>
    <w:rsid w:val="00346204"/>
    <w:rsid w:val="0034758E"/>
    <w:rsid w:val="00355581"/>
    <w:rsid w:val="003618C4"/>
    <w:rsid w:val="0036756C"/>
    <w:rsid w:val="00373715"/>
    <w:rsid w:val="003E43B4"/>
    <w:rsid w:val="003F02BA"/>
    <w:rsid w:val="0040043C"/>
    <w:rsid w:val="00432AFC"/>
    <w:rsid w:val="004D5C90"/>
    <w:rsid w:val="004D6918"/>
    <w:rsid w:val="00547020"/>
    <w:rsid w:val="005A31AD"/>
    <w:rsid w:val="005E3D90"/>
    <w:rsid w:val="006338B3"/>
    <w:rsid w:val="00636EEE"/>
    <w:rsid w:val="00652DA2"/>
    <w:rsid w:val="00692AA1"/>
    <w:rsid w:val="006A6078"/>
    <w:rsid w:val="006E16B9"/>
    <w:rsid w:val="006F484D"/>
    <w:rsid w:val="00754C88"/>
    <w:rsid w:val="00763D9F"/>
    <w:rsid w:val="0079043D"/>
    <w:rsid w:val="007B1506"/>
    <w:rsid w:val="007D4221"/>
    <w:rsid w:val="008127DA"/>
    <w:rsid w:val="00815118"/>
    <w:rsid w:val="00836395"/>
    <w:rsid w:val="00847686"/>
    <w:rsid w:val="0087237E"/>
    <w:rsid w:val="00887B7B"/>
    <w:rsid w:val="0090132D"/>
    <w:rsid w:val="00942176"/>
    <w:rsid w:val="00974B21"/>
    <w:rsid w:val="00976AA2"/>
    <w:rsid w:val="00A5181A"/>
    <w:rsid w:val="00A972E8"/>
    <w:rsid w:val="00A97366"/>
    <w:rsid w:val="00AA1D8D"/>
    <w:rsid w:val="00AD78DD"/>
    <w:rsid w:val="00AE00E2"/>
    <w:rsid w:val="00B129EE"/>
    <w:rsid w:val="00B446B2"/>
    <w:rsid w:val="00B47730"/>
    <w:rsid w:val="00B66B9E"/>
    <w:rsid w:val="00B96D81"/>
    <w:rsid w:val="00BC4AE3"/>
    <w:rsid w:val="00C11FE3"/>
    <w:rsid w:val="00C1578C"/>
    <w:rsid w:val="00C4717D"/>
    <w:rsid w:val="00C56621"/>
    <w:rsid w:val="00C938CA"/>
    <w:rsid w:val="00CB0664"/>
    <w:rsid w:val="00CB7FC0"/>
    <w:rsid w:val="00CC6B92"/>
    <w:rsid w:val="00CD42AD"/>
    <w:rsid w:val="00D042E4"/>
    <w:rsid w:val="00D40C11"/>
    <w:rsid w:val="00DB5BAC"/>
    <w:rsid w:val="00DC2222"/>
    <w:rsid w:val="00DC6C66"/>
    <w:rsid w:val="00DD30BD"/>
    <w:rsid w:val="00DE0461"/>
    <w:rsid w:val="00DF388E"/>
    <w:rsid w:val="00E37ABC"/>
    <w:rsid w:val="00E830FA"/>
    <w:rsid w:val="00E84B5C"/>
    <w:rsid w:val="00E95FCD"/>
    <w:rsid w:val="00F51B43"/>
    <w:rsid w:val="00F71615"/>
    <w:rsid w:val="00FC693F"/>
    <w:rsid w:val="00FE4F60"/>
    <w:rsid w:val="0351909C"/>
    <w:rsid w:val="0C8C8FF3"/>
    <w:rsid w:val="1D1230DB"/>
    <w:rsid w:val="1DE7D985"/>
    <w:rsid w:val="1EE8C9AA"/>
    <w:rsid w:val="2194C995"/>
    <w:rsid w:val="268AE3FB"/>
    <w:rsid w:val="29ACB406"/>
    <w:rsid w:val="348B55CC"/>
    <w:rsid w:val="35731685"/>
    <w:rsid w:val="3E2B3010"/>
    <w:rsid w:val="45F97636"/>
    <w:rsid w:val="46196640"/>
    <w:rsid w:val="49328E1A"/>
    <w:rsid w:val="4B1F4EAC"/>
    <w:rsid w:val="4D428F8D"/>
    <w:rsid w:val="4E7970B2"/>
    <w:rsid w:val="4FBA1A34"/>
    <w:rsid w:val="515C98B5"/>
    <w:rsid w:val="597F1F4A"/>
    <w:rsid w:val="5C2E5F6A"/>
    <w:rsid w:val="60624D06"/>
    <w:rsid w:val="6182FB1F"/>
    <w:rsid w:val="61C34607"/>
    <w:rsid w:val="61DBB1A6"/>
    <w:rsid w:val="61FD3F47"/>
    <w:rsid w:val="625FA98E"/>
    <w:rsid w:val="67371A32"/>
    <w:rsid w:val="6892998D"/>
    <w:rsid w:val="765C1C30"/>
    <w:rsid w:val="774839F6"/>
    <w:rsid w:val="774A1D0A"/>
    <w:rsid w:val="79A92AD8"/>
    <w:rsid w:val="79D8318D"/>
    <w:rsid w:val="7A2D4CF3"/>
    <w:rsid w:val="7AAA38A6"/>
    <w:rsid w:val="7C59C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90E40D"/>
  <w14:defaultImageDpi w14:val="300"/>
  <w15:docId w15:val="{20360C7F-284A-4ADC-B76E-02D4AD4F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4585b-6fe3-47ac-9bda-ad49f65ed9c5" xsi:nil="true"/>
    <lcf76f155ced4ddcb4097134ff3c332f xmlns="04370317-551c-4de0-bf82-bc7d23be819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AF9E9AAEBAA4E92F1EB1EE7EE07B2" ma:contentTypeVersion="14" ma:contentTypeDescription="Create a new document." ma:contentTypeScope="" ma:versionID="5acaa0e02f3b0d9073d2edc7a82be237">
  <xsd:schema xmlns:xsd="http://www.w3.org/2001/XMLSchema" xmlns:xs="http://www.w3.org/2001/XMLSchema" xmlns:p="http://schemas.microsoft.com/office/2006/metadata/properties" xmlns:ns2="04370317-551c-4de0-bf82-bc7d23be819a" xmlns:ns3="c564585b-6fe3-47ac-9bda-ad49f65ed9c5" targetNamespace="http://schemas.microsoft.com/office/2006/metadata/properties" ma:root="true" ma:fieldsID="e8e2e75d3807f9723dc1daf38eec2269" ns2:_="" ns3:_="">
    <xsd:import namespace="04370317-551c-4de0-bf82-bc7d23be819a"/>
    <xsd:import namespace="c564585b-6fe3-47ac-9bda-ad49f65ed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70317-551c-4de0-bf82-bc7d23be8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fce5ac-2f93-40ff-8307-b6977e84f4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4585b-6fe3-47ac-9bda-ad49f65ed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32ea23c-e782-4967-8e2a-23addf028617}" ma:internalName="TaxCatchAll" ma:showField="CatchAllData" ma:web="c564585b-6fe3-47ac-9bda-ad49f65ed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CA141E-7A0F-40EF-A5A3-E6C3D2351538}">
  <ds:schemaRefs>
    <ds:schemaRef ds:uri="http://schemas.microsoft.com/office/2006/metadata/properties"/>
    <ds:schemaRef ds:uri="http://schemas.microsoft.com/office/infopath/2007/PartnerControls"/>
    <ds:schemaRef ds:uri="c564585b-6fe3-47ac-9bda-ad49f65ed9c5"/>
    <ds:schemaRef ds:uri="04370317-551c-4de0-bf82-bc7d23be819a"/>
  </ds:schemaRefs>
</ds:datastoreItem>
</file>

<file path=customXml/itemProps2.xml><?xml version="1.0" encoding="utf-8"?>
<ds:datastoreItem xmlns:ds="http://schemas.openxmlformats.org/officeDocument/2006/customXml" ds:itemID="{FAE2AC2F-8271-4B78-88BC-9F9A065B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2E4F5-26AA-4461-9CB6-E102FB495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370317-551c-4de0-bf82-bc7d23be819a"/>
    <ds:schemaRef ds:uri="c564585b-6fe3-47ac-9bda-ad49f65ed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3455</Characters>
  <Application>Microsoft Office Word</Application>
  <DocSecurity>0</DocSecurity>
  <Lines>28</Lines>
  <Paragraphs>8</Paragraphs>
  <ScaleCrop>false</ScaleCrop>
  <Manager/>
  <Company/>
  <LinksUpToDate>false</LinksUpToDate>
  <CharactersWithSpaces>4053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Christine M. Wlosinski</cp:lastModifiedBy>
  <cp:revision>2</cp:revision>
  <dcterms:created xsi:type="dcterms:W3CDTF">2026-09-16T12:38:00Z</dcterms:created>
  <dcterms:modified xsi:type="dcterms:W3CDTF">2026-09-16T12:38:00Z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0x010100D7AAF9E9AAEBAA4E92F1EB1EE7EE07B2</vt:lpwstr>
  </property>
  <property fmtid="{D5CDD505-2E9C-101B-9397-08002B2CF9AE}" pid="3" name="MediaServiceImageTags">
    <vt:lpwstr/>
  </property>
</Properties>
</file>